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62E5" w14:textId="77777777" w:rsidR="008F33BA" w:rsidRPr="00722C69" w:rsidRDefault="00000000">
      <w:pPr>
        <w:spacing w:after="200"/>
      </w:pPr>
      <w:r w:rsidRPr="00722C69">
        <w:rPr>
          <w:noProof/>
        </w:rPr>
        <w:drawing>
          <wp:inline distT="0" distB="0" distL="0" distR="0" wp14:anchorId="1E8CDAB0" wp14:editId="1CAE43D8">
            <wp:extent cx="2468880" cy="5532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mf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55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C182" w14:textId="77777777" w:rsidR="00083396" w:rsidRPr="00722C69" w:rsidRDefault="004C6694" w:rsidP="00083396">
      <w:pPr>
        <w:pStyle w:val="Title"/>
      </w:pPr>
      <w:r w:rsidRPr="00722C69">
        <w:t xml:space="preserve">ANEKS 1 </w:t>
      </w:r>
    </w:p>
    <w:p w14:paraId="417F7BA8" w14:textId="77777777" w:rsidR="008F33BA" w:rsidRPr="00722C69" w:rsidRDefault="00000000" w:rsidP="00083396">
      <w:pPr>
        <w:pStyle w:val="Title"/>
        <w:jc w:val="center"/>
      </w:pPr>
      <w:r>
        <w:rPr>
          <w:rFonts w:ascii="Aptos" w:hAnsi="Aptos"/>
          <w:color w:val="141E28"/>
        </w:rPr>
        <w:t>Formular aplikimi për bursë studentore për kërkim shkencor mbi Butrintin</w:t>
      </w:r>
    </w:p>
    <w:p w14:paraId="52B7B74B" w14:textId="77777777" w:rsidR="008F33BA" w:rsidRPr="00722C69" w:rsidRDefault="00000000" w:rsidP="00C20902">
      <w:pPr>
        <w:jc w:val="both"/>
        <w:rPr>
          <w:i/>
          <w:iCs/>
        </w:rPr>
      </w:pPr>
      <w:r>
        <w:t>Për studentët e vitit të dytë të ciklit Master i Shkencave</w:t>
      </w:r>
    </w:p>
    <w:p w14:paraId="6CFF9B39" w14:textId="77777777" w:rsidR="008F33BA" w:rsidRPr="00722C69" w:rsidRDefault="00000000" w:rsidP="00C20902">
      <w:pPr>
        <w:spacing w:after="240"/>
        <w:jc w:val="both"/>
      </w:pPr>
      <w:r>
        <w:t>Plotësoni çdo fushë. Propozimi kërkimor dhe plani financiar dorëzohen si dokumente më vete. Nuk lejohet heqja, zëvendësimi ose ndryshimi i asnjë seksioni; mund të shtoni vetëm rreshta dhe hapësirë.</w:t>
      </w:r>
    </w:p>
    <w:p w14:paraId="24F2D7E3" w14:textId="02F37F02" w:rsidR="008F33BA" w:rsidRPr="00722C69" w:rsidRDefault="00000000">
      <w:pPr>
        <w:pStyle w:val="Heading1"/>
      </w:pPr>
      <w:r w:rsidRPr="00722C69">
        <w:t>1</w:t>
      </w:r>
      <w:r w:rsidR="00C20902">
        <w:t xml:space="preserve">. </w:t>
      </w:r>
      <w:r w:rsidRPr="00722C69">
        <w:t>Të dhënat e aplikantit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8F33BA" w:rsidRPr="00722C69" w14:paraId="77280FAC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1350F4D0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Emri dhe mbiemri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23CC7EC5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7F745BD3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56EE3DF5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Numri personal i identifikimit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0CCBBF3E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4EAC627B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2DF3B799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Adresa e banimit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79D72B7D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6C098DF4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64ADD21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Qyteti dhe kodi postar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411209AA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0F5B41CD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597C99E" w14:textId="31AA50D4" w:rsidR="008F33BA" w:rsidRPr="00722C69" w:rsidRDefault="00C20902">
            <w:pPr>
              <w:spacing w:before="60" w:after="60"/>
            </w:pPr>
            <w:r>
              <w:rPr>
                <w:b/>
                <w:sz w:val="17"/>
              </w:rPr>
              <w:t>Email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6B1E9587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72B9A940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3AF7FC36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Numri i telefonit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569379EF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</w:tbl>
    <w:p w14:paraId="579EFDE0" w14:textId="77777777" w:rsidR="008F33BA" w:rsidRPr="00722C69" w:rsidRDefault="008F33BA">
      <w:pPr>
        <w:spacing w:after="0"/>
      </w:pPr>
    </w:p>
    <w:p w14:paraId="097E5D5C" w14:textId="680580B6" w:rsidR="008F33BA" w:rsidRPr="00722C69" w:rsidRDefault="00000000">
      <w:pPr>
        <w:pStyle w:val="Heading1"/>
      </w:pPr>
      <w:r w:rsidRPr="00722C69">
        <w:t>2</w:t>
      </w:r>
      <w:r w:rsidR="00C20902">
        <w:t xml:space="preserve">. </w:t>
      </w:r>
      <w:r w:rsidRPr="00722C69">
        <w:t>Studimet universitare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8F33BA" w:rsidRPr="00722C69" w14:paraId="47231169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FD043E0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Institucioni i arsimit të lartë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03C8BDB9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7A0C8475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275FD39F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Fakulteti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22463283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702A8D87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D427789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Departamenti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09F0A65A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6BF72BE5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2B847525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Programi Master i Shkencave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138EE516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599AB172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045BE529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Viti i studimit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5472F7D6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0F5F51EA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1E96410D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Tema e diplomës ose titulli i propozuar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054A5303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11703332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56D63DD8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Udhëheqësi shkencor, nëse është caktuar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740F7E61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</w:tbl>
    <w:p w14:paraId="1868C47B" w14:textId="77777777" w:rsidR="008F33BA" w:rsidRPr="00722C69" w:rsidRDefault="008F33BA">
      <w:pPr>
        <w:spacing w:after="0"/>
      </w:pPr>
    </w:p>
    <w:p w14:paraId="064668D2" w14:textId="77777777" w:rsidR="008F33BA" w:rsidRPr="00722C69" w:rsidRDefault="00000000">
      <w:pPr>
        <w:pStyle w:val="Heading2"/>
      </w:pPr>
      <w:r w:rsidRPr="00722C69">
        <w:t>Të dhënat e ciklit Bachelor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8F33BA" w:rsidRPr="00722C69" w14:paraId="0DE1F4E5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562FF45D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Universiteti dhe fakulteti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08BE76D8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152EA8B6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307CA00D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Programi i studimit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3814E8AB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55EBA112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3A0B179F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Viti i diplomimit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56960FDE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0178E539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B8F1F2F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Nota mesatare e ciklit Bachelor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4CAC1A47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</w:tbl>
    <w:p w14:paraId="15FE5D81" w14:textId="77777777" w:rsidR="008F33BA" w:rsidRPr="00722C69" w:rsidRDefault="008F33BA">
      <w:pPr>
        <w:spacing w:after="0"/>
      </w:pPr>
    </w:p>
    <w:p w14:paraId="5A55CE44" w14:textId="77777777" w:rsidR="008F33BA" w:rsidRPr="00722C69" w:rsidRDefault="00000000">
      <w:pPr>
        <w:pStyle w:val="Heading2"/>
        <w:pageBreakBefore/>
      </w:pPr>
      <w:r w:rsidRPr="00722C69">
        <w:lastRenderedPageBreak/>
        <w:t>Të dhënat e vitit të parë Master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8F33BA" w:rsidRPr="00722C69" w14:paraId="5C1C6023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28D6F915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Viti akademik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5A1E6BDA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04CCED3C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7A105AB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Mesatarja e vitit të parë, sipas listës së notave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07633AA1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504A52" w14:paraId="60561517" w14:textId="77777777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4B5D9DC" w14:textId="77777777" w:rsidR="00504A52" w:rsidRDefault="00000000">
            <w:r>
              <w:rPr>
                <w:sz w:val="17"/>
              </w:rPr>
              <w:t>Niveli i dokumentuar i gjuhës angleze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0F739634" w14:textId="77777777" w:rsidR="00504A52" w:rsidRDefault="00504A52"/>
        </w:tc>
      </w:tr>
      <w:tr w:rsidR="00504A52" w14:paraId="0EDDFC5A" w14:textId="77777777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61740924" w14:textId="77777777" w:rsidR="00504A52" w:rsidRDefault="00000000">
            <w:r>
              <w:rPr>
                <w:sz w:val="17"/>
              </w:rPr>
              <w:t>Certifikata e gjuhës angleze dhe institucioni lëshues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3B8F9899" w14:textId="77777777" w:rsidR="00504A52" w:rsidRDefault="00504A52"/>
        </w:tc>
      </w:tr>
    </w:tbl>
    <w:p w14:paraId="7526C935" w14:textId="77777777" w:rsidR="008F33BA" w:rsidRPr="00722C69" w:rsidRDefault="008F33BA">
      <w:pPr>
        <w:spacing w:after="0"/>
      </w:pPr>
    </w:p>
    <w:p w14:paraId="6C01DF27" w14:textId="7DDDCBA2" w:rsidR="008F33BA" w:rsidRPr="00722C69" w:rsidRDefault="00000000">
      <w:pPr>
        <w:pStyle w:val="Heading1"/>
      </w:pPr>
      <w:r w:rsidRPr="00722C69">
        <w:t>3</w:t>
      </w:r>
      <w:r w:rsidR="00C20902">
        <w:t xml:space="preserve">. </w:t>
      </w:r>
      <w:r w:rsidRPr="00722C69">
        <w:t>Propozimi kërkimor dhe lidhja me Butrintin</w:t>
      </w:r>
    </w:p>
    <w:p w14:paraId="1EDAC066" w14:textId="77777777" w:rsidR="008F33BA" w:rsidRPr="00722C69" w:rsidRDefault="00000000" w:rsidP="00C20902">
      <w:pPr>
        <w:jc w:val="both"/>
      </w:pPr>
      <w:r>
        <w:t>Propozimin e plotë kërkimor bashkëngjiteni veçmas. Ai duhet të përmbajë pyetjen dhe objektivat, lidhjen e drejtpërdrejtë me Butrintin dhe fushën prioritare, metodologjinë, afatet, burimet, rreziqet dhe masat për trajtimin e tyre, mbështetjen institucionale dhe rezultatet e pritshme.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8F33BA" w:rsidRPr="00722C69" w14:paraId="7A185D59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4913CBD1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Fusha prioritare e programit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177EE4B3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  <w:tr w:rsidR="008F33BA" w:rsidRPr="00722C69" w14:paraId="6102AFD3" w14:textId="77777777" w:rsidTr="001C537C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13C213A0" w14:textId="77777777" w:rsidR="008F33BA" w:rsidRPr="00722C69" w:rsidRDefault="00000000">
            <w:pPr>
              <w:spacing w:before="60" w:after="60"/>
            </w:pPr>
            <w:r w:rsidRPr="00722C69">
              <w:rPr>
                <w:b/>
                <w:sz w:val="17"/>
              </w:rPr>
              <w:t>Vendndodhja ose aspekti i Butrintit që do të studiohet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17779102" w14:textId="77777777" w:rsidR="008F33BA" w:rsidRPr="00722C69" w:rsidRDefault="00000000">
            <w:pPr>
              <w:spacing w:before="60" w:after="60"/>
            </w:pPr>
            <w:r w:rsidRPr="00722C69">
              <w:rPr>
                <w:sz w:val="17"/>
              </w:rPr>
              <w:t xml:space="preserve"> </w:t>
            </w:r>
          </w:p>
        </w:tc>
      </w:tr>
    </w:tbl>
    <w:p w14:paraId="3F201109" w14:textId="77777777" w:rsidR="008F33BA" w:rsidRPr="00722C69" w:rsidRDefault="008F33BA">
      <w:pPr>
        <w:spacing w:after="0"/>
      </w:pPr>
    </w:p>
    <w:p w14:paraId="4C3A68E0" w14:textId="77777777" w:rsidR="008F33BA" w:rsidRPr="00722C69" w:rsidRDefault="00000000">
      <w:pPr>
        <w:pStyle w:val="Heading2"/>
      </w:pPr>
      <w:r w:rsidRPr="00722C69">
        <w:t>Pyetja kërkimore dhe objektivat</w:t>
      </w:r>
    </w:p>
    <w:p w14:paraId="77D634B6" w14:textId="77777777" w:rsidR="008F33BA" w:rsidRPr="00722C69" w:rsidRDefault="00000000">
      <w:r w:rsidRPr="00722C69">
        <w:t>Formuloni pyetjen kryesore dhe rezultatet që synoni të arrini. Deri në 150 fjalë.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5"/>
      </w:tblGrid>
      <w:tr w:rsidR="00C20902" w:rsidRPr="00722C69" w14:paraId="7B763146" w14:textId="77777777" w:rsidTr="00C20902">
        <w:trPr>
          <w:cantSplit/>
          <w:trHeight w:val="6471"/>
          <w:jc w:val="center"/>
        </w:trPr>
        <w:tc>
          <w:tcPr>
            <w:tcW w:w="9735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4AE00FA4" w14:textId="77777777" w:rsidR="00C20902" w:rsidRPr="00722C69" w:rsidRDefault="00C20902" w:rsidP="00C20902">
            <w:pPr>
              <w:spacing w:before="60" w:after="260"/>
            </w:pPr>
            <w:r w:rsidRPr="00722C69">
              <w:rPr>
                <w:sz w:val="17"/>
              </w:rPr>
              <w:t xml:space="preserve"> </w:t>
            </w:r>
            <w:r w:rsidRPr="00722C69">
              <w:rPr>
                <w:i/>
                <w:color w:val="727D86"/>
              </w:rPr>
              <w:t>Shkruani përgjigjen këtu.</w:t>
            </w:r>
          </w:p>
          <w:p w14:paraId="3B926D41" w14:textId="10C4F4A7" w:rsidR="00C20902" w:rsidRPr="00722C69" w:rsidRDefault="00C20902" w:rsidP="000E5889">
            <w:pPr>
              <w:spacing w:before="60" w:after="60"/>
            </w:pPr>
          </w:p>
        </w:tc>
      </w:tr>
    </w:tbl>
    <w:p w14:paraId="1855B7A8" w14:textId="77777777" w:rsidR="00C20902" w:rsidRDefault="00C20902">
      <w:pPr>
        <w:spacing w:before="60" w:after="260"/>
        <w:rPr>
          <w:i/>
          <w:color w:val="727D86"/>
        </w:rPr>
      </w:pPr>
    </w:p>
    <w:p w14:paraId="06591293" w14:textId="77777777" w:rsidR="00C20902" w:rsidRDefault="00C20902">
      <w:pPr>
        <w:spacing w:before="60" w:after="260"/>
        <w:rPr>
          <w:i/>
          <w:color w:val="727D86"/>
        </w:rPr>
      </w:pPr>
    </w:p>
    <w:p w14:paraId="4A08E444" w14:textId="77777777" w:rsidR="00C20902" w:rsidRDefault="00C20902">
      <w:pPr>
        <w:spacing w:before="60" w:after="260"/>
        <w:rPr>
          <w:i/>
          <w:color w:val="727D86"/>
        </w:rPr>
      </w:pPr>
    </w:p>
    <w:p w14:paraId="775BA3DE" w14:textId="77777777" w:rsidR="008F33BA" w:rsidRPr="00722C69" w:rsidRDefault="00000000">
      <w:pPr>
        <w:pStyle w:val="Heading2"/>
      </w:pPr>
      <w:r w:rsidRPr="00722C69">
        <w:t>Lidhja e drejtpërdrejtë me Parkun Kombëtar të Butrintit</w:t>
      </w:r>
    </w:p>
    <w:p w14:paraId="11AA77CF" w14:textId="77777777" w:rsidR="008F33BA" w:rsidRPr="00722C69" w:rsidRDefault="00000000">
      <w:r w:rsidRPr="00722C69">
        <w:t>Shpjegoni çfarë do të studioni në Butrint, me cilën fushë prioritare lidhet puna dhe si mund të ndihmojnë rezultatet në njohjen, ruajtjen ose menaxhimin e parkut. Deri në 200 fjalë.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5"/>
      </w:tblGrid>
      <w:tr w:rsidR="00C20902" w:rsidRPr="00722C69" w14:paraId="0CB46577" w14:textId="77777777" w:rsidTr="00C20902">
        <w:trPr>
          <w:cantSplit/>
          <w:trHeight w:val="4572"/>
          <w:jc w:val="center"/>
        </w:trPr>
        <w:tc>
          <w:tcPr>
            <w:tcW w:w="9735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21C1D5E7" w14:textId="77777777" w:rsidR="00C20902" w:rsidRPr="00722C69" w:rsidRDefault="00C20902" w:rsidP="000E5889">
            <w:pPr>
              <w:spacing w:before="60" w:after="260"/>
            </w:pPr>
            <w:r w:rsidRPr="00722C69">
              <w:rPr>
                <w:i/>
                <w:color w:val="727D86"/>
              </w:rPr>
              <w:t>Shkruani përgjigjen këtu.</w:t>
            </w:r>
          </w:p>
          <w:p w14:paraId="2437D35D" w14:textId="77777777" w:rsidR="00C20902" w:rsidRPr="00722C69" w:rsidRDefault="00C20902" w:rsidP="000E5889">
            <w:pPr>
              <w:spacing w:before="60" w:after="60"/>
            </w:pPr>
          </w:p>
        </w:tc>
      </w:tr>
    </w:tbl>
    <w:p w14:paraId="78EE46CF" w14:textId="77777777" w:rsidR="008F33BA" w:rsidRPr="00722C69" w:rsidRDefault="00000000">
      <w:pPr>
        <w:pStyle w:val="Heading2"/>
      </w:pPr>
      <w:r w:rsidRPr="00722C69">
        <w:t>Metoda, afatet dhe rezultatet e pritshme</w:t>
      </w:r>
    </w:p>
    <w:p w14:paraId="681F75CC" w14:textId="77777777" w:rsidR="008F33BA" w:rsidRDefault="00000000">
      <w:r w:rsidRPr="00722C69">
        <w:t>Përmblidhni burimet dhe metodat e studimit, veprimtaritë kryesore, kohën e parashikuar dhe produktin përfundimtar. Deri në 200 fjalë.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5"/>
      </w:tblGrid>
      <w:tr w:rsidR="00C20902" w:rsidRPr="00722C69" w14:paraId="44F1DF15" w14:textId="77777777" w:rsidTr="00C20902">
        <w:trPr>
          <w:cantSplit/>
          <w:trHeight w:val="5517"/>
          <w:jc w:val="center"/>
        </w:trPr>
        <w:tc>
          <w:tcPr>
            <w:tcW w:w="9735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2C5BA804" w14:textId="77777777" w:rsidR="00C20902" w:rsidRPr="00722C69" w:rsidRDefault="00C20902" w:rsidP="000E5889">
            <w:pPr>
              <w:spacing w:before="60" w:after="260"/>
            </w:pPr>
            <w:r w:rsidRPr="00722C69">
              <w:rPr>
                <w:i/>
                <w:color w:val="727D86"/>
              </w:rPr>
              <w:t>Shkruani përgjigjen këtu.</w:t>
            </w:r>
          </w:p>
          <w:p w14:paraId="53497A9E" w14:textId="77777777" w:rsidR="00C20902" w:rsidRPr="00722C69" w:rsidRDefault="00C20902" w:rsidP="000E5889">
            <w:pPr>
              <w:spacing w:before="60" w:after="60"/>
            </w:pPr>
          </w:p>
        </w:tc>
      </w:tr>
    </w:tbl>
    <w:p w14:paraId="2157476B" w14:textId="77777777" w:rsidR="00C20902" w:rsidRPr="00722C69" w:rsidRDefault="00C20902"/>
    <w:p w14:paraId="7F0B78C9" w14:textId="77777777" w:rsidR="00C20902" w:rsidRDefault="00C20902">
      <w:pPr>
        <w:pStyle w:val="Heading1"/>
      </w:pPr>
    </w:p>
    <w:p w14:paraId="3462501E" w14:textId="64D0930C" w:rsidR="008F33BA" w:rsidRPr="00722C69" w:rsidRDefault="00000000">
      <w:pPr>
        <w:pStyle w:val="Heading1"/>
      </w:pPr>
      <w:r w:rsidRPr="00722C69">
        <w:t>4</w:t>
      </w:r>
      <w:r w:rsidR="00C20902">
        <w:t xml:space="preserve">. </w:t>
      </w:r>
      <w:r w:rsidRPr="00722C69">
        <w:t>Angazhimi i mëparshëm kërkimor</w:t>
      </w:r>
    </w:p>
    <w:p w14:paraId="3AA864FE" w14:textId="77777777" w:rsidR="008F33BA" w:rsidRPr="00722C69" w:rsidRDefault="00000000" w:rsidP="00C20902">
      <w:pPr>
        <w:jc w:val="both"/>
      </w:pPr>
      <w:r w:rsidRPr="00722C69">
        <w:t>Përshkruani shkurt veprimtaritë kërkimore të dokumentuara gjatë studimeve, nëse keni. Jepni rolin tuaj, institucionin ose projektin, periudhën dhe rezultatet. Përvoja e punës pa lidhje me kërkimin nuk kërkohet në këtë rubrikë.</w:t>
      </w:r>
    </w:p>
    <w:p w14:paraId="693732CC" w14:textId="77777777" w:rsidR="008F33BA" w:rsidRPr="00722C69" w:rsidRDefault="00000000" w:rsidP="00C20902">
      <w:pPr>
        <w:pStyle w:val="Heading2"/>
        <w:jc w:val="both"/>
      </w:pPr>
      <w:r w:rsidRPr="00722C69">
        <w:t>Veprimtari kërkimore</w:t>
      </w:r>
    </w:p>
    <w:p w14:paraId="05A4A3BD" w14:textId="3B309FD8" w:rsidR="008F33BA" w:rsidRPr="00722C69" w:rsidRDefault="008F6F6E" w:rsidP="00C20902">
      <w:pPr>
        <w:jc w:val="both"/>
      </w:pPr>
      <w:r w:rsidRPr="00722C69">
        <w:t>Deri në 150 fjalë.</w:t>
      </w:r>
      <w:r>
        <w:t xml:space="preserve"> </w:t>
      </w:r>
      <w:r w:rsidR="00000000" w:rsidRPr="00722C69">
        <w:t xml:space="preserve">Nëse nuk keni veprimtari të tilla, shkruani “Nuk kam”.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5"/>
      </w:tblGrid>
      <w:tr w:rsidR="00C20902" w:rsidRPr="00722C69" w14:paraId="1B286435" w14:textId="77777777" w:rsidTr="00C20902">
        <w:trPr>
          <w:cantSplit/>
          <w:trHeight w:val="3987"/>
          <w:jc w:val="center"/>
        </w:trPr>
        <w:tc>
          <w:tcPr>
            <w:tcW w:w="9735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6F9B4D9D" w14:textId="77777777" w:rsidR="00C20902" w:rsidRPr="00722C69" w:rsidRDefault="00C20902" w:rsidP="000E5889">
            <w:pPr>
              <w:spacing w:before="60" w:after="260"/>
            </w:pPr>
            <w:r w:rsidRPr="00722C69">
              <w:rPr>
                <w:i/>
                <w:color w:val="727D86"/>
              </w:rPr>
              <w:t>Shkruani përgjigjen këtu.</w:t>
            </w:r>
          </w:p>
          <w:p w14:paraId="33FD656A" w14:textId="77777777" w:rsidR="00C20902" w:rsidRPr="00722C69" w:rsidRDefault="00C20902" w:rsidP="000E5889">
            <w:pPr>
              <w:spacing w:before="60" w:after="60"/>
            </w:pPr>
          </w:p>
        </w:tc>
      </w:tr>
    </w:tbl>
    <w:p w14:paraId="28ABCB8D" w14:textId="2A6CA36F" w:rsidR="008F33BA" w:rsidRPr="00722C69" w:rsidRDefault="00000000" w:rsidP="00C20902">
      <w:pPr>
        <w:pStyle w:val="Heading1"/>
        <w:jc w:val="both"/>
      </w:pPr>
      <w:r w:rsidRPr="00722C69">
        <w:t>5</w:t>
      </w:r>
      <w:r w:rsidR="00C20902">
        <w:t xml:space="preserve">. </w:t>
      </w:r>
      <w:r w:rsidRPr="00722C69">
        <w:t>Mbështetja financiare e kërkuar</w:t>
      </w:r>
    </w:p>
    <w:p w14:paraId="61ACA6A7" w14:textId="77777777" w:rsidR="008F33BA" w:rsidRPr="00722C69" w:rsidRDefault="00000000" w:rsidP="00C20902">
      <w:pPr>
        <w:jc w:val="both"/>
      </w:pPr>
      <w:r>
        <w:t>Shuma e kërkuar përdoret vetëm për shpenzime të miratuara, të kryera gjatë periudhës së marrëveshjes dhe të lidhura drejtpërdrejt me punën kërkimore. Shuma totale e kërkuar nuk mund të kalojë 2 500 USD.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8F33BA" w:rsidRPr="00722C69" w14:paraId="74E43965" w14:textId="77777777" w:rsidTr="00871D4D">
        <w:trPr>
          <w:cantSplit/>
          <w:jc w:val="center"/>
        </w:trPr>
        <w:tc>
          <w:tcPr>
            <w:tcW w:w="3384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FFFFFF"/>
            <w:vAlign w:val="center"/>
          </w:tcPr>
          <w:p w14:paraId="37824AFB" w14:textId="77777777" w:rsidR="008F33BA" w:rsidRPr="00722C69" w:rsidRDefault="00000000" w:rsidP="00C20902">
            <w:pPr>
              <w:spacing w:before="60" w:after="60"/>
              <w:jc w:val="both"/>
            </w:pPr>
            <w:r w:rsidRPr="00722C69">
              <w:rPr>
                <w:b/>
                <w:sz w:val="17"/>
              </w:rPr>
              <w:t>Shuma totale që kërkohet nga FMB në USD</w:t>
            </w:r>
          </w:p>
        </w:tc>
        <w:tc>
          <w:tcPr>
            <w:tcW w:w="6552" w:type="dxa"/>
            <w:tcBorders>
              <w:top w:val="single" w:sz="6" w:space="0" w:color="CAD6DE"/>
              <w:left w:val="single" w:sz="6" w:space="0" w:color="CAD6DE"/>
              <w:bottom w:val="single" w:sz="6" w:space="0" w:color="CAD6DE"/>
              <w:right w:val="single" w:sz="6" w:space="0" w:color="CAD6DE"/>
            </w:tcBorders>
            <w:shd w:val="clear" w:color="auto" w:fill="EEF3F7"/>
            <w:vAlign w:val="center"/>
          </w:tcPr>
          <w:p w14:paraId="1C8351C2" w14:textId="77777777" w:rsidR="008F33BA" w:rsidRPr="00722C69" w:rsidRDefault="00000000" w:rsidP="00C20902">
            <w:pPr>
              <w:spacing w:before="60" w:after="60"/>
              <w:jc w:val="both"/>
            </w:pPr>
            <w:r w:rsidRPr="00722C69">
              <w:rPr>
                <w:sz w:val="17"/>
              </w:rPr>
              <w:t xml:space="preserve"> </w:t>
            </w:r>
          </w:p>
        </w:tc>
      </w:tr>
    </w:tbl>
    <w:p w14:paraId="727AC130" w14:textId="77777777" w:rsidR="008F33BA" w:rsidRPr="00722C69" w:rsidRDefault="008F33BA" w:rsidP="00C20902">
      <w:pPr>
        <w:spacing w:after="0"/>
        <w:jc w:val="both"/>
      </w:pPr>
    </w:p>
    <w:p w14:paraId="6DEB70A4" w14:textId="77777777" w:rsidR="00C20902" w:rsidRDefault="00000000" w:rsidP="00C20902">
      <w:pPr>
        <w:jc w:val="both"/>
      </w:pPr>
      <w:r>
        <w:t>Bashkëngjitni planin financiar</w:t>
      </w:r>
      <w:r w:rsidR="00C20902">
        <w:t xml:space="preserve"> </w:t>
      </w:r>
      <w:r>
        <w:t>sipas modelit të FMB-së</w:t>
      </w:r>
      <w:r w:rsidR="00C20902">
        <w:t xml:space="preserve"> në excel.</w:t>
      </w:r>
      <w:r>
        <w:t xml:space="preserve"> Kategoritë e vetme të pranueshme janë: </w:t>
      </w:r>
    </w:p>
    <w:p w14:paraId="08367ED7" w14:textId="77777777" w:rsidR="00C20902" w:rsidRDefault="00000000" w:rsidP="00C20902">
      <w:pPr>
        <w:pStyle w:val="ListParagraph"/>
        <w:numPr>
          <w:ilvl w:val="0"/>
          <w:numId w:val="10"/>
        </w:numPr>
        <w:jc w:val="both"/>
      </w:pPr>
      <w:r>
        <w:t xml:space="preserve">shpenzime të drejtpërdrejta kërkimore; </w:t>
      </w:r>
    </w:p>
    <w:p w14:paraId="52C9CDF5" w14:textId="77777777" w:rsidR="00C20902" w:rsidRDefault="00000000" w:rsidP="00C20902">
      <w:pPr>
        <w:pStyle w:val="ListParagraph"/>
        <w:numPr>
          <w:ilvl w:val="0"/>
          <w:numId w:val="10"/>
        </w:numPr>
        <w:jc w:val="both"/>
      </w:pPr>
      <w:r>
        <w:t xml:space="preserve">libra dhe materiale studimore; konferenca ose aktivitete shkencore; </w:t>
      </w:r>
    </w:p>
    <w:p w14:paraId="4A7E50EE" w14:textId="77777777" w:rsidR="00C20902" w:rsidRDefault="00000000" w:rsidP="00C20902">
      <w:pPr>
        <w:pStyle w:val="ListParagraph"/>
        <w:numPr>
          <w:ilvl w:val="0"/>
          <w:numId w:val="10"/>
        </w:numPr>
        <w:jc w:val="both"/>
      </w:pPr>
      <w:r>
        <w:t xml:space="preserve">abonime në biblioteka ose burime digjitale; </w:t>
      </w:r>
    </w:p>
    <w:p w14:paraId="6A52450C" w14:textId="22EF1ED3" w:rsidR="008F33BA" w:rsidRPr="00722C69" w:rsidRDefault="00000000" w:rsidP="00C20902">
      <w:pPr>
        <w:pStyle w:val="ListParagraph"/>
        <w:numPr>
          <w:ilvl w:val="0"/>
          <w:numId w:val="10"/>
        </w:numPr>
        <w:jc w:val="both"/>
      </w:pPr>
      <w:r>
        <w:t>transport i lidhur drejtpërdrejt me kërkimin. Transporti nuk mund të kalojë 20% të shumës totale të kërkuar.</w:t>
      </w:r>
    </w:p>
    <w:p w14:paraId="5B4752C2" w14:textId="77777777" w:rsidR="00C20902" w:rsidRDefault="00C20902">
      <w:pPr>
        <w:pStyle w:val="Heading1"/>
      </w:pPr>
    </w:p>
    <w:p w14:paraId="32F93232" w14:textId="77777777" w:rsidR="00C20902" w:rsidRDefault="00C20902">
      <w:pPr>
        <w:pStyle w:val="Heading1"/>
      </w:pPr>
    </w:p>
    <w:p w14:paraId="3FAF449A" w14:textId="77777777" w:rsidR="00C20902" w:rsidRDefault="00C20902">
      <w:pPr>
        <w:pStyle w:val="Heading1"/>
      </w:pPr>
    </w:p>
    <w:p w14:paraId="6E280E56" w14:textId="77777777" w:rsidR="00C20902" w:rsidRDefault="00C20902">
      <w:pPr>
        <w:pStyle w:val="Heading1"/>
      </w:pPr>
    </w:p>
    <w:p w14:paraId="4A45DB83" w14:textId="77777777" w:rsidR="00C20902" w:rsidRDefault="00C20902">
      <w:pPr>
        <w:pStyle w:val="Heading1"/>
      </w:pPr>
    </w:p>
    <w:p w14:paraId="426FF3A8" w14:textId="77777777" w:rsidR="00C20902" w:rsidRDefault="00C20902">
      <w:pPr>
        <w:spacing w:after="140"/>
      </w:pPr>
    </w:p>
    <w:p w14:paraId="79F1BA2C" w14:textId="77777777" w:rsidR="00C20902" w:rsidRDefault="00C20902" w:rsidP="00C20902">
      <w:pPr>
        <w:pStyle w:val="Heading1"/>
      </w:pPr>
    </w:p>
    <w:p w14:paraId="49802877" w14:textId="77777777" w:rsidR="00C20902" w:rsidRPr="00722C69" w:rsidRDefault="00C20902" w:rsidP="00C20902">
      <w:pPr>
        <w:pStyle w:val="Heading1"/>
        <w:jc w:val="both"/>
      </w:pPr>
      <w:r w:rsidRPr="00722C69">
        <w:t>6</w:t>
      </w:r>
      <w:r>
        <w:t>.</w:t>
      </w:r>
      <w:r w:rsidRPr="00722C69">
        <w:t>Deklaratat e aplikantit</w:t>
      </w:r>
    </w:p>
    <w:p w14:paraId="51AD4D81" w14:textId="7FB4565B" w:rsidR="008F33BA" w:rsidRPr="00722C69" w:rsidRDefault="00000000" w:rsidP="00C20902">
      <w:pPr>
        <w:spacing w:after="140"/>
        <w:jc w:val="both"/>
      </w:pPr>
      <w:r>
        <w:t>☐  Deklaroj se jam shtetas shqiptar dhe i regjistruar në vitin e dytë të një programi të akredituar Master i Shkencave në një institucion të arsimit të lartë në Republikën e Shqipërisë.</w:t>
      </w:r>
    </w:p>
    <w:p w14:paraId="008334BE" w14:textId="77777777" w:rsidR="008F33BA" w:rsidRPr="00722C69" w:rsidRDefault="00000000" w:rsidP="00C20902">
      <w:pPr>
        <w:spacing w:after="140"/>
        <w:jc w:val="both"/>
      </w:pPr>
      <w:r>
        <w:t>☐  Deklaroj se kam përfunduar ciklin Bachelor me mesatare jo më të ulët se 8,0, ose me prag të barasvlershëm sipas sistemit të vlerësimit të institucionit tim.</w:t>
      </w:r>
    </w:p>
    <w:p w14:paraId="448B1F8F" w14:textId="77777777" w:rsidR="008F33BA" w:rsidRPr="00722C69" w:rsidRDefault="00000000" w:rsidP="00C20902">
      <w:pPr>
        <w:spacing w:after="140"/>
        <w:jc w:val="both"/>
      </w:pPr>
      <w:r>
        <w:t>☐  Deklaroj se propozimi im e ka Parkun Kombëtar të Butrintit si fokus të drejtpërdrejtë dhe lidhet me të paktën një fushë prioritare të programit.</w:t>
      </w:r>
    </w:p>
    <w:p w14:paraId="2846962E" w14:textId="77777777" w:rsidR="008F33BA" w:rsidRPr="00722C69" w:rsidRDefault="00000000" w:rsidP="00C20902">
      <w:pPr>
        <w:spacing w:after="140"/>
        <w:jc w:val="both"/>
      </w:pPr>
      <w:r>
        <w:t>☐  Deklaroj se dokumentoj njohjen e gjuhës angleze të paktën në nivelin B1.</w:t>
      </w:r>
    </w:p>
    <w:p w14:paraId="36FC30DD" w14:textId="77777777" w:rsidR="008F33BA" w:rsidRPr="00722C69" w:rsidRDefault="00000000" w:rsidP="00C20902">
      <w:pPr>
        <w:spacing w:after="140"/>
        <w:jc w:val="both"/>
      </w:pPr>
      <w:r>
        <w:t>☐  Deklaroj se nuk përfitoj bursë tjetër për të njëjtin cikël studimi dhe për të njëjtat shpenzime për të cilat kërkoj mbështetje nga FMB-ja.</w:t>
      </w:r>
    </w:p>
    <w:p w14:paraId="03EB5313" w14:textId="77777777" w:rsidR="00504A52" w:rsidRDefault="00000000" w:rsidP="00C20902">
      <w:pPr>
        <w:jc w:val="both"/>
      </w:pPr>
      <w:r>
        <w:t>☐  Jam informuar se të dhënat personale përpunohen për administrimin, vlerësimin dhe monitorimin e aplikimit dhe bursës, sipas Ligjit nr. 124/2024.</w:t>
      </w:r>
    </w:p>
    <w:p w14:paraId="75DEA9A2" w14:textId="77777777" w:rsidR="00504A52" w:rsidRDefault="00000000" w:rsidP="00C20902">
      <w:pPr>
        <w:jc w:val="both"/>
      </w:pPr>
      <w:r>
        <w:t>☐  Konfirmoj se nuk kam hequr, zëvendësuar ose ndryshuar asnjë seksion të formularëve.</w:t>
      </w:r>
    </w:p>
    <w:p w14:paraId="7A1EB2B8" w14:textId="77777777" w:rsidR="00504A52" w:rsidRDefault="00000000" w:rsidP="00C20902">
      <w:pPr>
        <w:jc w:val="both"/>
      </w:pPr>
      <w:r>
        <w:t>☐  Vërtetoj se të dhënat dhe dokumentet janë të sakta e të plota dhe se aplikimi dorëzohet në të dy formatet e detyrueshme brenda afatit.</w:t>
      </w:r>
    </w:p>
    <w:p w14:paraId="06BB3B40" w14:textId="77777777" w:rsidR="00504A52" w:rsidRDefault="00000000" w:rsidP="00C20902">
      <w:pPr>
        <w:jc w:val="both"/>
      </w:pPr>
      <w:r>
        <w:t>☐  Deklaroj se nuk jam dënuar me vendim gjyqësor të formës së prerë për një vepër që cenon integritetin e procesit ose përdorimin e fondeve.</w:t>
      </w:r>
    </w:p>
    <w:p w14:paraId="34D49AB1" w14:textId="77777777" w:rsidR="004C6694" w:rsidRPr="00722C69" w:rsidRDefault="004C6694" w:rsidP="00C20902">
      <w:pPr>
        <w:spacing w:after="40"/>
        <w:jc w:val="both"/>
      </w:pPr>
    </w:p>
    <w:p w14:paraId="5B3F3AC3" w14:textId="77777777" w:rsidR="004C6694" w:rsidRPr="00722C69" w:rsidRDefault="004C6694" w:rsidP="00C20902">
      <w:pPr>
        <w:spacing w:after="40"/>
        <w:jc w:val="both"/>
      </w:pPr>
    </w:p>
    <w:p w14:paraId="513B9140" w14:textId="77777777" w:rsidR="004C6694" w:rsidRPr="00722C69" w:rsidRDefault="004C6694" w:rsidP="00C20902">
      <w:pPr>
        <w:spacing w:after="40"/>
        <w:jc w:val="both"/>
      </w:pPr>
    </w:p>
    <w:p w14:paraId="7540370A" w14:textId="40D9BCB2" w:rsidR="008F33BA" w:rsidRDefault="00000000" w:rsidP="00C20902">
      <w:pPr>
        <w:jc w:val="both"/>
      </w:pPr>
      <w:r w:rsidRPr="00722C69">
        <w:t>Data __________</w:t>
      </w:r>
      <w:r w:rsidR="004C6694" w:rsidRPr="00722C69">
        <w:t>____</w:t>
      </w:r>
      <w:r w:rsidRPr="00722C69">
        <w:t xml:space="preserve">     Emri dhe mbiemri ____________________</w:t>
      </w:r>
      <w:r w:rsidR="004C6694" w:rsidRPr="00722C69">
        <w:t>_________________</w:t>
      </w:r>
      <w:r w:rsidRPr="00722C69">
        <w:t xml:space="preserve">     Nënshkrimi ____________________</w:t>
      </w:r>
    </w:p>
    <w:p w14:paraId="2C77E7AC" w14:textId="77777777" w:rsidR="00C20902" w:rsidRDefault="00C20902"/>
    <w:p w14:paraId="7C7F8199" w14:textId="77777777" w:rsidR="00C20902" w:rsidRDefault="00C20902"/>
    <w:p w14:paraId="6BA2EB14" w14:textId="77777777" w:rsidR="00C20902" w:rsidRDefault="00C20902"/>
    <w:p w14:paraId="6B8BBD4B" w14:textId="77777777" w:rsidR="00C20902" w:rsidRDefault="00C20902"/>
    <w:p w14:paraId="29A8020C" w14:textId="77777777" w:rsidR="00C20902" w:rsidRDefault="00C20902"/>
    <w:p w14:paraId="55607960" w14:textId="77777777" w:rsidR="00C20902" w:rsidRDefault="00C20902"/>
    <w:p w14:paraId="0939BD73" w14:textId="77777777" w:rsidR="00C20902" w:rsidRDefault="00C20902"/>
    <w:p w14:paraId="460461AB" w14:textId="77777777" w:rsidR="00C20902" w:rsidRDefault="00C20902"/>
    <w:p w14:paraId="419F1381" w14:textId="77777777" w:rsidR="00C20902" w:rsidRDefault="00C20902"/>
    <w:p w14:paraId="62AA5444" w14:textId="77777777" w:rsidR="00C20902" w:rsidRDefault="00C20902"/>
    <w:p w14:paraId="4303ED6D" w14:textId="77777777" w:rsidR="00C20902" w:rsidRDefault="00C20902"/>
    <w:p w14:paraId="1F44536F" w14:textId="77777777" w:rsidR="00C20902" w:rsidRDefault="00C20902"/>
    <w:p w14:paraId="3B54CB06" w14:textId="77777777" w:rsidR="00C20902" w:rsidRDefault="00C20902"/>
    <w:p w14:paraId="1C8EC50B" w14:textId="77777777" w:rsidR="00C20902" w:rsidRDefault="00C20902"/>
    <w:p w14:paraId="635384BE" w14:textId="77777777" w:rsidR="00C20902" w:rsidRDefault="00C20902"/>
    <w:p w14:paraId="3E96C49C" w14:textId="77777777" w:rsidR="00C20902" w:rsidRDefault="00C20902"/>
    <w:p w14:paraId="0697ADAA" w14:textId="77777777" w:rsidR="00C20902" w:rsidRDefault="00C20902" w:rsidP="00C20902">
      <w:pPr>
        <w:jc w:val="both"/>
      </w:pPr>
    </w:p>
    <w:p w14:paraId="3679A21A" w14:textId="11B5F533" w:rsidR="00C20902" w:rsidRPr="00722C69" w:rsidRDefault="00C20902" w:rsidP="00C20902">
      <w:pPr>
        <w:pStyle w:val="Heading1"/>
        <w:jc w:val="both"/>
      </w:pPr>
      <w:r w:rsidRPr="00722C69">
        <w:lastRenderedPageBreak/>
        <w:t>7</w:t>
      </w:r>
      <w:r>
        <w:t xml:space="preserve">. </w:t>
      </w:r>
      <w:r w:rsidRPr="00722C69">
        <w:t>Dokumentet që i bashkëlidhen aplikimit</w:t>
      </w:r>
    </w:p>
    <w:p w14:paraId="734C9576" w14:textId="77777777" w:rsidR="00C20902" w:rsidRPr="00722C69" w:rsidRDefault="00C20902" w:rsidP="00C20902">
      <w:pPr>
        <w:spacing w:after="40"/>
        <w:jc w:val="both"/>
      </w:pPr>
      <w:r w:rsidRPr="00722C69">
        <w:t>☐  1. Formulari i aplikimit i plotësuar;</w:t>
      </w:r>
    </w:p>
    <w:p w14:paraId="5C0EBDC9" w14:textId="77777777" w:rsidR="00C20902" w:rsidRPr="00722C69" w:rsidRDefault="00C20902" w:rsidP="00C20902">
      <w:pPr>
        <w:spacing w:after="40"/>
        <w:jc w:val="both"/>
      </w:pPr>
      <w:r w:rsidRPr="00722C69">
        <w:t>☐  2. CV e përditësuar;</w:t>
      </w:r>
    </w:p>
    <w:p w14:paraId="3C93B3D8" w14:textId="77777777" w:rsidR="00C20902" w:rsidRPr="00722C69" w:rsidRDefault="00C20902" w:rsidP="00C20902">
      <w:pPr>
        <w:spacing w:after="40"/>
        <w:jc w:val="both"/>
      </w:pPr>
      <w:r w:rsidRPr="00722C69">
        <w:t>☐  3. Kopje e kartës së identitetit ose e pasaportës;</w:t>
      </w:r>
    </w:p>
    <w:p w14:paraId="0967278F" w14:textId="77777777" w:rsidR="00C20902" w:rsidRPr="00722C69" w:rsidRDefault="00C20902" w:rsidP="00C20902">
      <w:pPr>
        <w:spacing w:after="40"/>
        <w:jc w:val="both"/>
      </w:pPr>
      <w:r w:rsidRPr="00722C69">
        <w:t>☐  4. Kopje e diplomës dhe e listës së notave Bachelor;</w:t>
      </w:r>
    </w:p>
    <w:p w14:paraId="5565545E" w14:textId="77777777" w:rsidR="00C20902" w:rsidRPr="00722C69" w:rsidRDefault="00C20902" w:rsidP="00C20902">
      <w:pPr>
        <w:spacing w:after="40"/>
        <w:jc w:val="both"/>
      </w:pPr>
      <w:r>
        <w:t>☐  5. Vërtetim dhe listë notash për vitin e parë të ciklit Master i Shkencave;</w:t>
      </w:r>
    </w:p>
    <w:p w14:paraId="2B627590" w14:textId="77777777" w:rsidR="00C20902" w:rsidRPr="00722C69" w:rsidRDefault="00C20902" w:rsidP="00C20902">
      <w:pPr>
        <w:spacing w:after="40"/>
        <w:jc w:val="both"/>
      </w:pPr>
      <w:r w:rsidRPr="00722C69">
        <w:t>☐  6. Certifikatë e gjuhës angleze, të paktën në nivelin B1;</w:t>
      </w:r>
    </w:p>
    <w:p w14:paraId="7B44DFDD" w14:textId="77777777" w:rsidR="00C20902" w:rsidRPr="00722C69" w:rsidRDefault="00C20902" w:rsidP="00C20902">
      <w:pPr>
        <w:spacing w:after="40"/>
        <w:jc w:val="both"/>
      </w:pPr>
      <w:r w:rsidRPr="00722C69">
        <w:t>☐  7. Letër motivimi;</w:t>
      </w:r>
    </w:p>
    <w:p w14:paraId="1C4D173A" w14:textId="77777777" w:rsidR="00C20902" w:rsidRPr="00722C69" w:rsidRDefault="00C20902" w:rsidP="00C20902">
      <w:pPr>
        <w:spacing w:after="40"/>
        <w:jc w:val="both"/>
      </w:pPr>
      <w:r>
        <w:t>☐  8. Dy letra reference nga dy anëtarë të stafit akademik, njëra nga udhëheqësi shkencor;</w:t>
      </w:r>
    </w:p>
    <w:p w14:paraId="5480BBCC" w14:textId="77777777" w:rsidR="00C20902" w:rsidRPr="00722C69" w:rsidRDefault="00C20902" w:rsidP="00C20902">
      <w:pPr>
        <w:spacing w:after="40"/>
        <w:jc w:val="both"/>
      </w:pPr>
      <w:r w:rsidRPr="00722C69">
        <w:t>☐  9. Certifikatë e gjendjes gjyqësore;</w:t>
      </w:r>
    </w:p>
    <w:p w14:paraId="69B175FF" w14:textId="77777777" w:rsidR="00C20902" w:rsidRPr="00722C69" w:rsidRDefault="00C20902" w:rsidP="00C20902">
      <w:pPr>
        <w:spacing w:after="40"/>
        <w:jc w:val="both"/>
      </w:pPr>
      <w:r>
        <w:t>☐  10. Plan financiar sipas kategorive të shpenzimeve për të cilat kërkohet mbështetje nga FMB-ja;</w:t>
      </w:r>
    </w:p>
    <w:p w14:paraId="58089F43" w14:textId="77777777" w:rsidR="00C20902" w:rsidRPr="00722C69" w:rsidRDefault="00C20902" w:rsidP="00C20902">
      <w:pPr>
        <w:spacing w:after="40"/>
        <w:jc w:val="both"/>
      </w:pPr>
      <w:r>
        <w:t>☐  11. Propozim kërkimor me fokus të drejtpërdrejtë në Parkun Kombëtar të Butrintit dhe lidhje me të paktën një fushë prioritare.</w:t>
      </w:r>
    </w:p>
    <w:p w14:paraId="5DD2AF32" w14:textId="77777777" w:rsidR="00C20902" w:rsidRPr="00722C69" w:rsidRDefault="00C20902" w:rsidP="00C20902">
      <w:pPr>
        <w:spacing w:after="40"/>
      </w:pPr>
    </w:p>
    <w:p w14:paraId="5B611543" w14:textId="77777777" w:rsidR="00C20902" w:rsidRPr="008F6F6E" w:rsidRDefault="00C20902"/>
    <w:sectPr w:rsidR="00C20902" w:rsidRPr="008F6F6E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3E84" w14:textId="77777777" w:rsidR="00C73798" w:rsidRPr="00722C69" w:rsidRDefault="00C73798">
      <w:pPr>
        <w:spacing w:after="0" w:line="240" w:lineRule="auto"/>
      </w:pPr>
      <w:r w:rsidRPr="00722C69">
        <w:separator/>
      </w:r>
    </w:p>
  </w:endnote>
  <w:endnote w:type="continuationSeparator" w:id="0">
    <w:p w14:paraId="6D74AEF0" w14:textId="77777777" w:rsidR="00C73798" w:rsidRPr="00722C69" w:rsidRDefault="00C73798">
      <w:pPr>
        <w:spacing w:after="0" w:line="240" w:lineRule="auto"/>
      </w:pPr>
      <w:r w:rsidRPr="00722C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7451" w14:textId="77777777" w:rsidR="008F33BA" w:rsidRPr="00722C69" w:rsidRDefault="00000000">
    <w:pPr>
      <w:pStyle w:val="Footer"/>
      <w:jc w:val="center"/>
    </w:pPr>
    <w:r>
      <w:rPr>
        <w:color w:val="727D86"/>
        <w:sz w:val="14"/>
      </w:rPr>
      <w:t>Fondacioni për Menaxhimin e Butrintit  |  Programi i bursave studentore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3FD6E" w14:textId="77777777" w:rsidR="00C73798" w:rsidRPr="00722C69" w:rsidRDefault="00C73798">
      <w:pPr>
        <w:spacing w:after="0" w:line="240" w:lineRule="auto"/>
      </w:pPr>
      <w:r w:rsidRPr="00722C69">
        <w:separator/>
      </w:r>
    </w:p>
  </w:footnote>
  <w:footnote w:type="continuationSeparator" w:id="0">
    <w:p w14:paraId="7EFBB09F" w14:textId="77777777" w:rsidR="00C73798" w:rsidRPr="00722C69" w:rsidRDefault="00C73798">
      <w:pPr>
        <w:spacing w:after="0" w:line="240" w:lineRule="auto"/>
      </w:pPr>
      <w:r w:rsidRPr="00722C6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8314C98"/>
    <w:multiLevelType w:val="hybridMultilevel"/>
    <w:tmpl w:val="672EA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106597">
    <w:abstractNumId w:val="8"/>
  </w:num>
  <w:num w:numId="2" w16cid:durableId="627007180">
    <w:abstractNumId w:val="6"/>
  </w:num>
  <w:num w:numId="3" w16cid:durableId="44574868">
    <w:abstractNumId w:val="5"/>
  </w:num>
  <w:num w:numId="4" w16cid:durableId="967247638">
    <w:abstractNumId w:val="4"/>
  </w:num>
  <w:num w:numId="5" w16cid:durableId="920987731">
    <w:abstractNumId w:val="7"/>
  </w:num>
  <w:num w:numId="6" w16cid:durableId="595867048">
    <w:abstractNumId w:val="3"/>
  </w:num>
  <w:num w:numId="7" w16cid:durableId="477110474">
    <w:abstractNumId w:val="2"/>
  </w:num>
  <w:num w:numId="8" w16cid:durableId="1908298863">
    <w:abstractNumId w:val="1"/>
  </w:num>
  <w:num w:numId="9" w16cid:durableId="361631522">
    <w:abstractNumId w:val="0"/>
  </w:num>
  <w:num w:numId="10" w16cid:durableId="2727903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396"/>
    <w:rsid w:val="0014674B"/>
    <w:rsid w:val="0015074B"/>
    <w:rsid w:val="001C537C"/>
    <w:rsid w:val="00201BDA"/>
    <w:rsid w:val="0029639D"/>
    <w:rsid w:val="002F3A52"/>
    <w:rsid w:val="00326F90"/>
    <w:rsid w:val="00353920"/>
    <w:rsid w:val="004C6694"/>
    <w:rsid w:val="004E1942"/>
    <w:rsid w:val="00504A52"/>
    <w:rsid w:val="00722C69"/>
    <w:rsid w:val="007E6F2D"/>
    <w:rsid w:val="00871D4D"/>
    <w:rsid w:val="008F33BA"/>
    <w:rsid w:val="008F6F6E"/>
    <w:rsid w:val="009347AA"/>
    <w:rsid w:val="00AA1D8D"/>
    <w:rsid w:val="00AC5E8B"/>
    <w:rsid w:val="00B47730"/>
    <w:rsid w:val="00C20902"/>
    <w:rsid w:val="00C73798"/>
    <w:rsid w:val="00CB0664"/>
    <w:rsid w:val="00D44B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8EB53"/>
  <w14:defaultImageDpi w14:val="300"/>
  <w15:docId w15:val="{C25BA5B4-8D9F-4342-9A49-0C7694E7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41E28"/>
      <w:sz w:val="20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ptos" w:hAnsi="Aptos"/>
      <w:i/>
      <w:color w:val="727D8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erjona qilla</cp:lastModifiedBy>
  <cp:revision>5</cp:revision>
  <dcterms:created xsi:type="dcterms:W3CDTF">2026-10-01T06:30:00Z</dcterms:created>
  <dcterms:modified xsi:type="dcterms:W3CDTF">2026-10-03T14:18:00Z</dcterms:modified>
  <cp:category/>
</cp:coreProperties>
</file>